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3B53E" w14:textId="4EE3EE08" w:rsidR="00F770FE" w:rsidRDefault="00000000">
      <w:pPr>
        <w:pStyle w:val="Heading1"/>
      </w:pPr>
      <w:r>
        <w:t>TỔNG HỢP LỆNH ARUBAOS-</w:t>
      </w:r>
      <w:r w:rsidR="00953874">
        <w:t>CX</w:t>
      </w:r>
      <w:r>
        <w:t xml:space="preserve"> (CƠ BẢN → NÂNG CAO)</w:t>
      </w:r>
    </w:p>
    <w:p w14:paraId="5FECF9F7" w14:textId="77777777" w:rsidR="00F770FE" w:rsidRDefault="00000000">
      <w:pPr>
        <w:pStyle w:val="Heading2"/>
      </w:pPr>
      <w:r>
        <w:t>I. LỆNH CƠ BẢN &amp; QUẢN TRỊ HỆ THỐNG</w:t>
      </w:r>
    </w:p>
    <w:p w14:paraId="156B3CE1" w14:textId="77777777" w:rsidR="00953874" w:rsidRPr="00F81B91" w:rsidRDefault="00000000" w:rsidP="00953874">
      <w:pPr>
        <w:spacing w:after="160" w:line="278" w:lineRule="auto"/>
      </w:pPr>
      <w:r>
        <w:rPr>
          <w:rFonts w:ascii="Consolas" w:hAnsi="Consolas"/>
          <w:sz w:val="20"/>
        </w:rPr>
        <w:br/>
      </w:r>
      <w:r w:rsidR="00953874" w:rsidRPr="00F81B91">
        <w:t>enable</w:t>
      </w:r>
    </w:p>
    <w:p w14:paraId="4E0B4BAB" w14:textId="77777777" w:rsidR="00953874" w:rsidRPr="00F81B91" w:rsidRDefault="00953874" w:rsidP="00953874">
      <w:pPr>
        <w:spacing w:after="160" w:line="278" w:lineRule="auto"/>
      </w:pPr>
      <w:r w:rsidRPr="00F81B91">
        <w:t>configure terminal</w:t>
      </w:r>
    </w:p>
    <w:p w14:paraId="2262C759" w14:textId="77777777" w:rsidR="00953874" w:rsidRPr="00F81B91" w:rsidRDefault="00953874" w:rsidP="00953874">
      <w:pPr>
        <w:spacing w:after="160" w:line="278" w:lineRule="auto"/>
      </w:pPr>
      <w:r w:rsidRPr="00F81B91">
        <w:t>hostname SW-Core01</w:t>
      </w:r>
    </w:p>
    <w:p w14:paraId="42866E35" w14:textId="77777777" w:rsidR="00953874" w:rsidRPr="00F81B91" w:rsidRDefault="00953874" w:rsidP="00953874">
      <w:pPr>
        <w:spacing w:after="160" w:line="278" w:lineRule="auto"/>
      </w:pPr>
      <w:r w:rsidRPr="00F81B91">
        <w:t>clock timezone ICT 7</w:t>
      </w:r>
    </w:p>
    <w:p w14:paraId="3A3ECF08" w14:textId="77777777" w:rsidR="00953874" w:rsidRPr="00F81B91" w:rsidRDefault="00953874" w:rsidP="00953874">
      <w:pPr>
        <w:spacing w:after="160" w:line="278" w:lineRule="auto"/>
      </w:pPr>
      <w:r w:rsidRPr="00F81B91">
        <w:t>clock set 12:30:00 2025-11-04</w:t>
      </w:r>
    </w:p>
    <w:p w14:paraId="16992F57" w14:textId="77777777" w:rsidR="00953874" w:rsidRPr="00F81B91" w:rsidRDefault="00953874" w:rsidP="00953874">
      <w:pPr>
        <w:spacing w:after="160" w:line="278" w:lineRule="auto"/>
      </w:pPr>
      <w:r w:rsidRPr="00F81B91">
        <w:t>show version</w:t>
      </w:r>
    </w:p>
    <w:p w14:paraId="0DB9D062" w14:textId="77777777" w:rsidR="00953874" w:rsidRPr="00F81B91" w:rsidRDefault="00953874" w:rsidP="00953874">
      <w:pPr>
        <w:spacing w:after="160" w:line="278" w:lineRule="auto"/>
      </w:pPr>
      <w:r w:rsidRPr="00F81B91">
        <w:t>show system</w:t>
      </w:r>
    </w:p>
    <w:p w14:paraId="2C7C06C9" w14:textId="77777777" w:rsidR="00953874" w:rsidRPr="00F81B91" w:rsidRDefault="00953874" w:rsidP="00953874">
      <w:pPr>
        <w:spacing w:after="160" w:line="278" w:lineRule="auto"/>
      </w:pPr>
      <w:r w:rsidRPr="00F81B91">
        <w:t>show interface brief</w:t>
      </w:r>
    </w:p>
    <w:p w14:paraId="2D1D15ED" w14:textId="77777777" w:rsidR="00953874" w:rsidRPr="00F81B91" w:rsidRDefault="00953874" w:rsidP="00953874">
      <w:pPr>
        <w:spacing w:after="160" w:line="278" w:lineRule="auto"/>
      </w:pPr>
      <w:r w:rsidRPr="00F81B91">
        <w:t>show running-config</w:t>
      </w:r>
    </w:p>
    <w:p w14:paraId="4FDEF4D2" w14:textId="77777777" w:rsidR="00953874" w:rsidRPr="00F81B91" w:rsidRDefault="00953874" w:rsidP="00953874">
      <w:pPr>
        <w:spacing w:after="160" w:line="278" w:lineRule="auto"/>
      </w:pPr>
      <w:r w:rsidRPr="00F81B91">
        <w:t>show startup-config</w:t>
      </w:r>
    </w:p>
    <w:p w14:paraId="37630052" w14:textId="77777777" w:rsidR="00953874" w:rsidRPr="00F81B91" w:rsidRDefault="00953874" w:rsidP="00953874">
      <w:pPr>
        <w:spacing w:after="160" w:line="278" w:lineRule="auto"/>
      </w:pPr>
      <w:r w:rsidRPr="00F81B91">
        <w:t>copy running-config startup-config</w:t>
      </w:r>
    </w:p>
    <w:p w14:paraId="6C101012" w14:textId="77777777" w:rsidR="00953874" w:rsidRPr="00F81B91" w:rsidRDefault="00953874" w:rsidP="00953874">
      <w:pPr>
        <w:spacing w:after="160" w:line="278" w:lineRule="auto"/>
      </w:pPr>
      <w:r w:rsidRPr="00F81B91">
        <w:t>copy running-config tftp tftp://192.168.1.10/config.cfg</w:t>
      </w:r>
    </w:p>
    <w:p w14:paraId="3F456AEA" w14:textId="77777777" w:rsidR="00953874" w:rsidRPr="00F81B91" w:rsidRDefault="00953874" w:rsidP="00953874">
      <w:pPr>
        <w:spacing w:after="160" w:line="278" w:lineRule="auto"/>
      </w:pPr>
      <w:r w:rsidRPr="00F81B91">
        <w:t>erase startup-config</w:t>
      </w:r>
    </w:p>
    <w:p w14:paraId="213E6EE5" w14:textId="696B7A94" w:rsidR="00F770FE" w:rsidRDefault="00953874" w:rsidP="00953874">
      <w:pPr>
        <w:spacing w:after="160" w:line="278" w:lineRule="auto"/>
      </w:pPr>
      <w:r w:rsidRPr="00F81B91">
        <w:t>reload</w:t>
      </w:r>
    </w:p>
    <w:p w14:paraId="60695623" w14:textId="77777777" w:rsidR="00953874" w:rsidRPr="00F81B91" w:rsidRDefault="00953874" w:rsidP="00953874">
      <w:pPr>
        <w:pStyle w:val="Heading2"/>
      </w:pPr>
      <w:r w:rsidRPr="00F81B91">
        <w:t>II. CẤU HÌNH VLAN &amp; IP INTERFACE</w:t>
      </w:r>
    </w:p>
    <w:p w14:paraId="441A556E" w14:textId="77777777" w:rsidR="00953874" w:rsidRPr="00F81B91" w:rsidRDefault="00953874" w:rsidP="00953874">
      <w:pPr>
        <w:spacing w:after="160" w:line="278" w:lineRule="auto"/>
      </w:pPr>
      <w:r w:rsidRPr="00F81B91">
        <w:t>vlan 10</w:t>
      </w:r>
    </w:p>
    <w:p w14:paraId="414C3933" w14:textId="77777777" w:rsidR="00953874" w:rsidRPr="00F81B91" w:rsidRDefault="00953874" w:rsidP="00953874">
      <w:pPr>
        <w:spacing w:after="160" w:line="278" w:lineRule="auto"/>
      </w:pPr>
      <w:r w:rsidRPr="00F81B91">
        <w:t xml:space="preserve">   name "User"</w:t>
      </w:r>
    </w:p>
    <w:p w14:paraId="243B2402" w14:textId="77777777" w:rsidR="00953874" w:rsidRPr="00F81B91" w:rsidRDefault="00953874" w:rsidP="00953874">
      <w:pPr>
        <w:spacing w:after="160" w:line="278" w:lineRule="auto"/>
      </w:pPr>
      <w:r w:rsidRPr="00F81B91">
        <w:t xml:space="preserve">   exit</w:t>
      </w:r>
    </w:p>
    <w:p w14:paraId="0BE12956" w14:textId="77777777" w:rsidR="00953874" w:rsidRPr="00F81B91" w:rsidRDefault="00953874" w:rsidP="00953874">
      <w:pPr>
        <w:spacing w:after="160" w:line="278" w:lineRule="auto"/>
      </w:pPr>
      <w:r w:rsidRPr="00F81B91">
        <w:t>vlan 20</w:t>
      </w:r>
    </w:p>
    <w:p w14:paraId="57FB7C17" w14:textId="77777777" w:rsidR="00953874" w:rsidRPr="00F81B91" w:rsidRDefault="00953874" w:rsidP="00953874">
      <w:pPr>
        <w:spacing w:after="160" w:line="278" w:lineRule="auto"/>
      </w:pPr>
      <w:r w:rsidRPr="00F81B91">
        <w:t xml:space="preserve">   name "Server"</w:t>
      </w:r>
    </w:p>
    <w:p w14:paraId="65D472DE" w14:textId="77777777" w:rsidR="00953874" w:rsidRPr="00F81B91" w:rsidRDefault="00953874" w:rsidP="00953874">
      <w:pPr>
        <w:spacing w:after="160" w:line="278" w:lineRule="auto"/>
      </w:pPr>
      <w:r w:rsidRPr="00F81B91">
        <w:t xml:space="preserve">   exit</w:t>
      </w:r>
    </w:p>
    <w:p w14:paraId="224799CC" w14:textId="77777777" w:rsidR="00953874" w:rsidRPr="00F81B91" w:rsidRDefault="00953874" w:rsidP="00953874">
      <w:pPr>
        <w:spacing w:after="160" w:line="278" w:lineRule="auto"/>
      </w:pPr>
      <w:r w:rsidRPr="00F81B91">
        <w:t>interface vlan 10</w:t>
      </w:r>
    </w:p>
    <w:p w14:paraId="2FE3F736" w14:textId="77777777" w:rsidR="00953874" w:rsidRPr="00F81B91" w:rsidRDefault="00953874" w:rsidP="00953874">
      <w:pPr>
        <w:spacing w:after="160" w:line="278" w:lineRule="auto"/>
      </w:pPr>
      <w:r w:rsidRPr="00F81B91">
        <w:t xml:space="preserve">   ip address 192.168.10.1/24</w:t>
      </w:r>
    </w:p>
    <w:p w14:paraId="578F8CC3" w14:textId="77777777" w:rsidR="00953874" w:rsidRPr="00F81B91" w:rsidRDefault="00953874" w:rsidP="00953874">
      <w:pPr>
        <w:spacing w:after="160" w:line="278" w:lineRule="auto"/>
      </w:pPr>
      <w:r w:rsidRPr="00F81B91">
        <w:t>interface vlan 20</w:t>
      </w:r>
    </w:p>
    <w:p w14:paraId="3917ECE2" w14:textId="77777777" w:rsidR="00953874" w:rsidRPr="00F81B91" w:rsidRDefault="00953874" w:rsidP="00953874">
      <w:pPr>
        <w:spacing w:after="160" w:line="278" w:lineRule="auto"/>
      </w:pPr>
      <w:r w:rsidRPr="00F81B91">
        <w:t xml:space="preserve">   ip address 192.168.20.1/24</w:t>
      </w:r>
    </w:p>
    <w:p w14:paraId="65E75DFC" w14:textId="77777777" w:rsidR="00953874" w:rsidRPr="00F81B91" w:rsidRDefault="00953874" w:rsidP="00953874">
      <w:pPr>
        <w:spacing w:after="160" w:line="278" w:lineRule="auto"/>
      </w:pPr>
      <w:r w:rsidRPr="00F81B91">
        <w:lastRenderedPageBreak/>
        <w:t>ip default-gateway 192.168.1.1</w:t>
      </w:r>
    </w:p>
    <w:p w14:paraId="385F5022" w14:textId="48539F4A" w:rsidR="00953874" w:rsidRPr="00F81B91" w:rsidRDefault="00953874" w:rsidP="00953874">
      <w:pPr>
        <w:spacing w:after="160" w:line="278" w:lineRule="auto"/>
      </w:pPr>
      <w:r w:rsidRPr="00F81B91">
        <w:t>show vlan</w:t>
      </w:r>
    </w:p>
    <w:p w14:paraId="3B91FBE6" w14:textId="7CA613B8" w:rsidR="00953874" w:rsidRPr="00F81B91" w:rsidRDefault="00953874" w:rsidP="00953874">
      <w:pPr>
        <w:pStyle w:val="Heading2"/>
        <w:rPr>
          <w:lang w:val="nl-NL"/>
        </w:rPr>
      </w:pPr>
      <w:r w:rsidRPr="00F81B91">
        <w:rPr>
          <w:lang w:val="nl-NL"/>
        </w:rPr>
        <w:t>III. INTERFACE / TRUNK / LAG (LACP)</w:t>
      </w:r>
    </w:p>
    <w:p w14:paraId="6A796E55" w14:textId="77777777" w:rsidR="00953874" w:rsidRPr="00F81B91" w:rsidRDefault="00953874" w:rsidP="00953874">
      <w:pPr>
        <w:spacing w:after="160" w:line="278" w:lineRule="auto"/>
      </w:pPr>
      <w:r w:rsidRPr="00F81B91">
        <w:t>interface 1/1/1</w:t>
      </w:r>
    </w:p>
    <w:p w14:paraId="4F8AB388" w14:textId="77777777" w:rsidR="00953874" w:rsidRPr="00F81B91" w:rsidRDefault="00953874" w:rsidP="00953874">
      <w:pPr>
        <w:spacing w:after="160" w:line="278" w:lineRule="auto"/>
      </w:pPr>
      <w:r w:rsidRPr="00F81B91">
        <w:t xml:space="preserve">   description "Uplink to Core"</w:t>
      </w:r>
    </w:p>
    <w:p w14:paraId="17163D87" w14:textId="77777777" w:rsidR="00953874" w:rsidRPr="00F81B91" w:rsidRDefault="00953874" w:rsidP="00953874">
      <w:pPr>
        <w:spacing w:after="160" w:line="278" w:lineRule="auto"/>
      </w:pPr>
      <w:r w:rsidRPr="00F81B91">
        <w:t xml:space="preserve">   no shutdown</w:t>
      </w:r>
    </w:p>
    <w:p w14:paraId="4B4324B5" w14:textId="77777777" w:rsidR="00953874" w:rsidRPr="00F81B91" w:rsidRDefault="00953874" w:rsidP="00953874">
      <w:pPr>
        <w:spacing w:after="160" w:line="278" w:lineRule="auto"/>
      </w:pPr>
      <w:r w:rsidRPr="00F81B91">
        <w:t xml:space="preserve">   vlan trunk allowed 10,20,30</w:t>
      </w:r>
    </w:p>
    <w:p w14:paraId="69E4043A" w14:textId="77777777" w:rsidR="00953874" w:rsidRPr="00F81B91" w:rsidRDefault="00953874" w:rsidP="00953874">
      <w:pPr>
        <w:spacing w:after="160" w:line="278" w:lineRule="auto"/>
      </w:pPr>
      <w:r w:rsidRPr="00F81B91">
        <w:t xml:space="preserve">   vlan trunk native 10</w:t>
      </w:r>
    </w:p>
    <w:p w14:paraId="6B83020E" w14:textId="77777777" w:rsidR="00953874" w:rsidRPr="00F81B91" w:rsidRDefault="00953874" w:rsidP="00953874">
      <w:pPr>
        <w:spacing w:after="160" w:line="278" w:lineRule="auto"/>
      </w:pPr>
      <w:r w:rsidRPr="00F81B91">
        <w:t xml:space="preserve">   spanning-tree bpdu-guard</w:t>
      </w:r>
    </w:p>
    <w:p w14:paraId="4A451639" w14:textId="100C3634" w:rsidR="00953874" w:rsidRPr="00F81B91" w:rsidRDefault="00953874" w:rsidP="00953874">
      <w:pPr>
        <w:spacing w:after="160" w:line="278" w:lineRule="auto"/>
      </w:pPr>
      <w:r w:rsidRPr="00F81B91">
        <w:t xml:space="preserve">   exit</w:t>
      </w:r>
    </w:p>
    <w:p w14:paraId="577266AA" w14:textId="77777777" w:rsidR="00953874" w:rsidRPr="00F81B91" w:rsidRDefault="00953874" w:rsidP="00953874">
      <w:pPr>
        <w:spacing w:after="160" w:line="278" w:lineRule="auto"/>
      </w:pPr>
      <w:r w:rsidRPr="00F81B91">
        <w:t>interface lag 1</w:t>
      </w:r>
    </w:p>
    <w:p w14:paraId="5AD97F6B" w14:textId="77777777" w:rsidR="00953874" w:rsidRPr="00F81B91" w:rsidRDefault="00953874" w:rsidP="00953874">
      <w:pPr>
        <w:spacing w:after="160" w:line="278" w:lineRule="auto"/>
      </w:pPr>
      <w:r w:rsidRPr="00F81B91">
        <w:t xml:space="preserve">   no shutdown</w:t>
      </w:r>
    </w:p>
    <w:p w14:paraId="64FA08C8" w14:textId="77777777" w:rsidR="00953874" w:rsidRPr="00F81B91" w:rsidRDefault="00953874" w:rsidP="00953874">
      <w:pPr>
        <w:spacing w:after="160" w:line="278" w:lineRule="auto"/>
      </w:pPr>
      <w:r w:rsidRPr="00F81B91">
        <w:t xml:space="preserve">   lacp mode active</w:t>
      </w:r>
    </w:p>
    <w:p w14:paraId="672FC37C" w14:textId="77777777" w:rsidR="00953874" w:rsidRPr="00F81B91" w:rsidRDefault="00953874" w:rsidP="00953874">
      <w:pPr>
        <w:spacing w:after="160" w:line="278" w:lineRule="auto"/>
      </w:pPr>
      <w:r w:rsidRPr="00F81B91">
        <w:t xml:space="preserve">   vlan trunk allowed all</w:t>
      </w:r>
    </w:p>
    <w:p w14:paraId="67C06077" w14:textId="3F88139A" w:rsidR="00953874" w:rsidRPr="00F81B91" w:rsidRDefault="00953874" w:rsidP="00953874">
      <w:pPr>
        <w:spacing w:after="160" w:line="278" w:lineRule="auto"/>
      </w:pPr>
      <w:r w:rsidRPr="00F81B91">
        <w:t xml:space="preserve">   exit</w:t>
      </w:r>
    </w:p>
    <w:p w14:paraId="5A41B069" w14:textId="77777777" w:rsidR="00953874" w:rsidRPr="00F81B91" w:rsidRDefault="00953874" w:rsidP="00953874">
      <w:pPr>
        <w:spacing w:after="160" w:line="278" w:lineRule="auto"/>
      </w:pPr>
      <w:r w:rsidRPr="00F81B91">
        <w:t>interface 1/1/1-1/1/2</w:t>
      </w:r>
    </w:p>
    <w:p w14:paraId="25199DAA" w14:textId="77777777" w:rsidR="00953874" w:rsidRPr="00F81B91" w:rsidRDefault="00953874" w:rsidP="00953874">
      <w:pPr>
        <w:spacing w:after="160" w:line="278" w:lineRule="auto"/>
      </w:pPr>
      <w:r w:rsidRPr="00F81B91">
        <w:t xml:space="preserve">   lag 1</w:t>
      </w:r>
    </w:p>
    <w:p w14:paraId="62C23D5A" w14:textId="77777777" w:rsidR="00953874" w:rsidRPr="00F81B91" w:rsidRDefault="00953874" w:rsidP="00953874">
      <w:pPr>
        <w:spacing w:after="160" w:line="278" w:lineRule="auto"/>
      </w:pPr>
      <w:r w:rsidRPr="00F81B91">
        <w:t>show interfaces status</w:t>
      </w:r>
    </w:p>
    <w:p w14:paraId="50B8812F" w14:textId="77777777" w:rsidR="00953874" w:rsidRPr="00F81B91" w:rsidRDefault="00953874" w:rsidP="00953874">
      <w:pPr>
        <w:spacing w:after="160" w:line="278" w:lineRule="auto"/>
      </w:pPr>
      <w:r w:rsidRPr="00F81B91">
        <w:t>show lacp interfaces</w:t>
      </w:r>
    </w:p>
    <w:p w14:paraId="4E97D378" w14:textId="319891B7" w:rsidR="00953874" w:rsidRPr="00953874" w:rsidRDefault="00953874" w:rsidP="00953874">
      <w:pPr>
        <w:pStyle w:val="Heading2"/>
      </w:pPr>
      <w:r w:rsidRPr="00F81B91">
        <w:t>IV. SPANNING TREE (STP / RSTP)</w:t>
      </w:r>
    </w:p>
    <w:p w14:paraId="5FE4A5BC" w14:textId="77777777" w:rsidR="00953874" w:rsidRPr="00F81B91" w:rsidRDefault="00953874" w:rsidP="00953874">
      <w:pPr>
        <w:spacing w:after="160" w:line="278" w:lineRule="auto"/>
      </w:pPr>
      <w:r w:rsidRPr="00F81B91">
        <w:t>spanning-tree mode rstp</w:t>
      </w:r>
    </w:p>
    <w:p w14:paraId="61B70EA9" w14:textId="77777777" w:rsidR="00953874" w:rsidRPr="00F81B91" w:rsidRDefault="00953874" w:rsidP="00953874">
      <w:pPr>
        <w:spacing w:after="160" w:line="278" w:lineRule="auto"/>
      </w:pPr>
      <w:r w:rsidRPr="00F81B91">
        <w:t>spanning-tree priority 4096</w:t>
      </w:r>
    </w:p>
    <w:p w14:paraId="46BA62C7" w14:textId="77777777" w:rsidR="00953874" w:rsidRPr="00F81B91" w:rsidRDefault="00953874" w:rsidP="00953874">
      <w:pPr>
        <w:spacing w:after="160" w:line="278" w:lineRule="auto"/>
      </w:pPr>
      <w:r w:rsidRPr="00F81B91">
        <w:t>spanning-tree vlan 10-20 root primary</w:t>
      </w:r>
    </w:p>
    <w:p w14:paraId="776C5005" w14:textId="77777777" w:rsidR="00953874" w:rsidRPr="00F81B91" w:rsidRDefault="00953874" w:rsidP="00953874">
      <w:pPr>
        <w:spacing w:after="160" w:line="278" w:lineRule="auto"/>
      </w:pPr>
      <w:r w:rsidRPr="00F81B91">
        <w:t>show spanning-tree</w:t>
      </w:r>
    </w:p>
    <w:p w14:paraId="634B5149" w14:textId="2114C111" w:rsidR="00953874" w:rsidRPr="00F81B91" w:rsidRDefault="00953874" w:rsidP="00953874">
      <w:pPr>
        <w:pStyle w:val="Heading2"/>
      </w:pPr>
      <w:r w:rsidRPr="00F81B91">
        <w:t>V. ROUTING (STATIC, OSPF, VRF)</w:t>
      </w:r>
    </w:p>
    <w:p w14:paraId="5B7A44C5" w14:textId="77777777" w:rsidR="00953874" w:rsidRPr="00F81B91" w:rsidRDefault="00953874" w:rsidP="00953874">
      <w:pPr>
        <w:spacing w:after="160" w:line="278" w:lineRule="auto"/>
      </w:pPr>
      <w:r w:rsidRPr="00F81B91">
        <w:t>ip routing</w:t>
      </w:r>
    </w:p>
    <w:p w14:paraId="7CAD1EF1" w14:textId="77777777" w:rsidR="00953874" w:rsidRPr="00F81B91" w:rsidRDefault="00953874" w:rsidP="00953874">
      <w:pPr>
        <w:spacing w:after="160" w:line="278" w:lineRule="auto"/>
      </w:pPr>
      <w:r w:rsidRPr="00F81B91">
        <w:t>ip route 0.0.0.0/0 192.168.1.1</w:t>
      </w:r>
    </w:p>
    <w:p w14:paraId="1888FA8A" w14:textId="77777777" w:rsidR="00953874" w:rsidRPr="00F81B91" w:rsidRDefault="00953874" w:rsidP="00953874">
      <w:pPr>
        <w:spacing w:after="160" w:line="278" w:lineRule="auto"/>
      </w:pPr>
      <w:r w:rsidRPr="00F81B91">
        <w:t>show ip route</w:t>
      </w:r>
    </w:p>
    <w:p w14:paraId="5A0044B1" w14:textId="77777777" w:rsidR="00953874" w:rsidRPr="00F81B91" w:rsidRDefault="00953874" w:rsidP="00953874">
      <w:pPr>
        <w:spacing w:after="160" w:line="278" w:lineRule="auto"/>
      </w:pPr>
    </w:p>
    <w:p w14:paraId="57581BDB" w14:textId="77777777" w:rsidR="00953874" w:rsidRPr="00F81B91" w:rsidRDefault="00953874" w:rsidP="00953874">
      <w:pPr>
        <w:spacing w:after="160" w:line="278" w:lineRule="auto"/>
      </w:pPr>
      <w:r w:rsidRPr="00F81B91">
        <w:lastRenderedPageBreak/>
        <w:t>router ospf 1</w:t>
      </w:r>
    </w:p>
    <w:p w14:paraId="6A318D6D" w14:textId="77777777" w:rsidR="00953874" w:rsidRPr="00F81B91" w:rsidRDefault="00953874" w:rsidP="00953874">
      <w:pPr>
        <w:spacing w:after="160" w:line="278" w:lineRule="auto"/>
      </w:pPr>
      <w:r w:rsidRPr="00F81B91">
        <w:t xml:space="preserve">   router-id 1.1.1.1</w:t>
      </w:r>
    </w:p>
    <w:p w14:paraId="0A0B8BE2" w14:textId="77777777" w:rsidR="00953874" w:rsidRPr="00F81B91" w:rsidRDefault="00953874" w:rsidP="00953874">
      <w:pPr>
        <w:spacing w:after="160" w:line="278" w:lineRule="auto"/>
      </w:pPr>
      <w:r w:rsidRPr="00F81B91">
        <w:t xml:space="preserve">   area 0</w:t>
      </w:r>
    </w:p>
    <w:p w14:paraId="7802052F" w14:textId="77777777" w:rsidR="00953874" w:rsidRPr="00F81B91" w:rsidRDefault="00953874" w:rsidP="00953874">
      <w:pPr>
        <w:spacing w:after="160" w:line="278" w:lineRule="auto"/>
      </w:pPr>
      <w:r w:rsidRPr="00F81B91">
        <w:t xml:space="preserve">      interface vlan 10</w:t>
      </w:r>
    </w:p>
    <w:p w14:paraId="008DE319" w14:textId="77777777" w:rsidR="00953874" w:rsidRPr="00F81B91" w:rsidRDefault="00953874" w:rsidP="00953874">
      <w:pPr>
        <w:spacing w:after="160" w:line="278" w:lineRule="auto"/>
      </w:pPr>
      <w:r w:rsidRPr="00F81B91">
        <w:t xml:space="preserve">      interface vlan 20</w:t>
      </w:r>
    </w:p>
    <w:p w14:paraId="5E4DF5D8" w14:textId="77777777" w:rsidR="00953874" w:rsidRPr="00F81B91" w:rsidRDefault="00953874" w:rsidP="00953874">
      <w:pPr>
        <w:spacing w:after="160" w:line="278" w:lineRule="auto"/>
      </w:pPr>
      <w:r w:rsidRPr="00F81B91">
        <w:t>show ospf neighbor</w:t>
      </w:r>
    </w:p>
    <w:p w14:paraId="6FDD4F69" w14:textId="77777777" w:rsidR="00953874" w:rsidRPr="00F81B91" w:rsidRDefault="00953874" w:rsidP="00953874">
      <w:pPr>
        <w:spacing w:after="160" w:line="278" w:lineRule="auto"/>
      </w:pPr>
      <w:r w:rsidRPr="00F81B91">
        <w:t>show ospf interface</w:t>
      </w:r>
    </w:p>
    <w:p w14:paraId="61F0C67D" w14:textId="77777777" w:rsidR="00953874" w:rsidRDefault="00953874" w:rsidP="00953874">
      <w:pPr>
        <w:spacing w:after="160" w:line="278" w:lineRule="auto"/>
      </w:pPr>
    </w:p>
    <w:p w14:paraId="5FA2B102" w14:textId="207920EC" w:rsidR="00953874" w:rsidRPr="00F81B91" w:rsidRDefault="00953874" w:rsidP="00953874">
      <w:pPr>
        <w:pStyle w:val="Heading2"/>
      </w:pPr>
      <w:r w:rsidRPr="00F81B91">
        <w:t>VI. EIGRP &amp; BGP (AOS-CX hỗ trợ qua VRF &amp; Service)</w:t>
      </w:r>
    </w:p>
    <w:p w14:paraId="7F6D86F8" w14:textId="77777777" w:rsidR="00953874" w:rsidRPr="00F81B91" w:rsidRDefault="00953874" w:rsidP="00953874">
      <w:pPr>
        <w:spacing w:after="160" w:line="278" w:lineRule="auto"/>
      </w:pPr>
      <w:r w:rsidRPr="00F81B91">
        <w:t>router bgp 65001</w:t>
      </w:r>
    </w:p>
    <w:p w14:paraId="27DFD1DB" w14:textId="77777777" w:rsidR="00953874" w:rsidRPr="00F81B91" w:rsidRDefault="00953874" w:rsidP="00953874">
      <w:pPr>
        <w:spacing w:after="160" w:line="278" w:lineRule="auto"/>
      </w:pPr>
      <w:r w:rsidRPr="00F81B91">
        <w:t xml:space="preserve">   router-id 10.1.1.1</w:t>
      </w:r>
    </w:p>
    <w:p w14:paraId="5082787A" w14:textId="77777777" w:rsidR="00953874" w:rsidRPr="00F81B91" w:rsidRDefault="00953874" w:rsidP="00953874">
      <w:pPr>
        <w:spacing w:after="160" w:line="278" w:lineRule="auto"/>
      </w:pPr>
      <w:r w:rsidRPr="00F81B91">
        <w:t xml:space="preserve">   neighbor 10.1.1.2 remote-as 65001</w:t>
      </w:r>
    </w:p>
    <w:p w14:paraId="3854C9D2" w14:textId="77777777" w:rsidR="00953874" w:rsidRPr="00F81B91" w:rsidRDefault="00953874" w:rsidP="00953874">
      <w:pPr>
        <w:spacing w:after="160" w:line="278" w:lineRule="auto"/>
      </w:pPr>
      <w:r w:rsidRPr="00F81B91">
        <w:t xml:space="preserve">   neighbor 10.1.1.2 update-source loopback0</w:t>
      </w:r>
    </w:p>
    <w:p w14:paraId="27CF4D8A" w14:textId="77777777" w:rsidR="00953874" w:rsidRPr="00F81B91" w:rsidRDefault="00953874" w:rsidP="00953874">
      <w:pPr>
        <w:spacing w:after="160" w:line="278" w:lineRule="auto"/>
      </w:pPr>
      <w:r w:rsidRPr="00F81B91">
        <w:t xml:space="preserve">   network 10.10.10.0/24</w:t>
      </w:r>
    </w:p>
    <w:p w14:paraId="56DE6F36" w14:textId="77777777" w:rsidR="00953874" w:rsidRPr="00F81B91" w:rsidRDefault="00953874" w:rsidP="00953874">
      <w:pPr>
        <w:spacing w:after="160" w:line="278" w:lineRule="auto"/>
      </w:pPr>
      <w:r w:rsidRPr="00F81B91">
        <w:t xml:space="preserve">   exit</w:t>
      </w:r>
    </w:p>
    <w:p w14:paraId="2E5D60C8" w14:textId="77777777" w:rsidR="00953874" w:rsidRPr="00F81B91" w:rsidRDefault="00953874" w:rsidP="00953874">
      <w:pPr>
        <w:spacing w:after="160" w:line="278" w:lineRule="auto"/>
      </w:pPr>
      <w:r w:rsidRPr="00F81B91">
        <w:t>show bgp summary</w:t>
      </w:r>
    </w:p>
    <w:p w14:paraId="4F569D4A" w14:textId="77777777" w:rsidR="00953874" w:rsidRPr="00F81B91" w:rsidRDefault="00953874" w:rsidP="00953874">
      <w:pPr>
        <w:spacing w:after="160" w:line="278" w:lineRule="auto"/>
      </w:pPr>
      <w:r w:rsidRPr="00F81B91">
        <w:t>show bgp neighbors</w:t>
      </w:r>
    </w:p>
    <w:p w14:paraId="6487D74D" w14:textId="77777777" w:rsidR="00953874" w:rsidRDefault="00953874" w:rsidP="00953874">
      <w:pPr>
        <w:spacing w:after="160" w:line="278" w:lineRule="auto"/>
      </w:pPr>
    </w:p>
    <w:p w14:paraId="62986687" w14:textId="19A831B6" w:rsidR="00953874" w:rsidRPr="00F81B91" w:rsidRDefault="00953874" w:rsidP="00953874">
      <w:pPr>
        <w:pStyle w:val="Heading2"/>
      </w:pPr>
      <w:r w:rsidRPr="00F81B91">
        <w:t>VII. BẢO MẬT PORT &amp; ACCESS</w:t>
      </w:r>
    </w:p>
    <w:p w14:paraId="0BA246B4" w14:textId="77777777" w:rsidR="00953874" w:rsidRPr="00F81B91" w:rsidRDefault="00953874" w:rsidP="00953874">
      <w:pPr>
        <w:spacing w:after="160" w:line="278" w:lineRule="auto"/>
      </w:pPr>
      <w:r w:rsidRPr="00F81B91">
        <w:t>interface 1/1/3</w:t>
      </w:r>
    </w:p>
    <w:p w14:paraId="6B7F0BF4" w14:textId="77777777" w:rsidR="00953874" w:rsidRPr="00F81B91" w:rsidRDefault="00953874" w:rsidP="00953874">
      <w:pPr>
        <w:spacing w:after="160" w:line="278" w:lineRule="auto"/>
      </w:pPr>
      <w:r w:rsidRPr="00F81B91">
        <w:t xml:space="preserve">   shutdown</w:t>
      </w:r>
    </w:p>
    <w:p w14:paraId="03FA820F" w14:textId="77777777" w:rsidR="00953874" w:rsidRPr="00F81B91" w:rsidRDefault="00953874" w:rsidP="00953874">
      <w:pPr>
        <w:spacing w:after="160" w:line="278" w:lineRule="auto"/>
      </w:pPr>
      <w:r w:rsidRPr="00F81B91">
        <w:t xml:space="preserve">   exit</w:t>
      </w:r>
    </w:p>
    <w:p w14:paraId="3C5C3B03" w14:textId="77777777" w:rsidR="00953874" w:rsidRPr="00F81B91" w:rsidRDefault="00953874" w:rsidP="00953874">
      <w:pPr>
        <w:spacing w:after="160" w:line="278" w:lineRule="auto"/>
      </w:pPr>
    </w:p>
    <w:p w14:paraId="3950B975" w14:textId="77777777" w:rsidR="00953874" w:rsidRPr="00F81B91" w:rsidRDefault="00953874" w:rsidP="00953874">
      <w:pPr>
        <w:spacing w:after="160" w:line="278" w:lineRule="auto"/>
      </w:pPr>
      <w:r w:rsidRPr="00F81B91">
        <w:t>interface 1/1/4</w:t>
      </w:r>
    </w:p>
    <w:p w14:paraId="68E78F66" w14:textId="77777777" w:rsidR="00953874" w:rsidRPr="00F81B91" w:rsidRDefault="00953874" w:rsidP="00953874">
      <w:pPr>
        <w:spacing w:after="160" w:line="278" w:lineRule="auto"/>
      </w:pPr>
      <w:r w:rsidRPr="00F81B91">
        <w:t xml:space="preserve">   no shutdown</w:t>
      </w:r>
    </w:p>
    <w:p w14:paraId="16752A5A" w14:textId="77777777" w:rsidR="00953874" w:rsidRPr="00F81B91" w:rsidRDefault="00953874" w:rsidP="00953874">
      <w:pPr>
        <w:spacing w:after="160" w:line="278" w:lineRule="auto"/>
      </w:pPr>
      <w:r w:rsidRPr="00F81B91">
        <w:t xml:space="preserve">   port-access security</w:t>
      </w:r>
    </w:p>
    <w:p w14:paraId="27E6808F" w14:textId="77777777" w:rsidR="00953874" w:rsidRPr="00F81B91" w:rsidRDefault="00953874" w:rsidP="00953874">
      <w:pPr>
        <w:spacing w:after="160" w:line="278" w:lineRule="auto"/>
      </w:pPr>
      <w:r w:rsidRPr="00F81B91">
        <w:t xml:space="preserve">   port-access max-allowed 2</w:t>
      </w:r>
    </w:p>
    <w:p w14:paraId="50DEBAD3" w14:textId="77777777" w:rsidR="00953874" w:rsidRPr="00F81B91" w:rsidRDefault="00953874" w:rsidP="00953874">
      <w:pPr>
        <w:spacing w:after="160" w:line="278" w:lineRule="auto"/>
      </w:pPr>
      <w:r w:rsidRPr="00F81B91">
        <w:t xml:space="preserve">   port-access sticky</w:t>
      </w:r>
    </w:p>
    <w:p w14:paraId="0BB2186E" w14:textId="77777777" w:rsidR="00953874" w:rsidRPr="00F81B91" w:rsidRDefault="00953874" w:rsidP="00953874">
      <w:pPr>
        <w:spacing w:after="160" w:line="278" w:lineRule="auto"/>
      </w:pPr>
      <w:r w:rsidRPr="00F81B91">
        <w:lastRenderedPageBreak/>
        <w:t xml:space="preserve">   port-access violation-action shutdown</w:t>
      </w:r>
    </w:p>
    <w:p w14:paraId="4A5FFD64" w14:textId="77777777" w:rsidR="00953874" w:rsidRPr="00F81B91" w:rsidRDefault="00953874" w:rsidP="00953874">
      <w:pPr>
        <w:spacing w:after="160" w:line="278" w:lineRule="auto"/>
      </w:pPr>
      <w:r w:rsidRPr="00F81B91">
        <w:t>show port-access clients</w:t>
      </w:r>
    </w:p>
    <w:p w14:paraId="1C2625C7" w14:textId="7FE7F397" w:rsidR="00953874" w:rsidRPr="00F81B91" w:rsidRDefault="00953874" w:rsidP="00953874">
      <w:pPr>
        <w:pStyle w:val="Heading2"/>
      </w:pPr>
      <w:r w:rsidRPr="00F81B91">
        <w:t>VIII. DHCP RELAY, SNOOPING</w:t>
      </w:r>
    </w:p>
    <w:p w14:paraId="7E840C32" w14:textId="77777777" w:rsidR="00953874" w:rsidRPr="00F81B91" w:rsidRDefault="00953874" w:rsidP="00953874">
      <w:pPr>
        <w:spacing w:after="160" w:line="278" w:lineRule="auto"/>
      </w:pPr>
      <w:r w:rsidRPr="00F81B91">
        <w:t>interface vlan 10</w:t>
      </w:r>
    </w:p>
    <w:p w14:paraId="2AD4D041" w14:textId="77777777" w:rsidR="00953874" w:rsidRPr="00F81B91" w:rsidRDefault="00953874" w:rsidP="00953874">
      <w:pPr>
        <w:spacing w:after="160" w:line="278" w:lineRule="auto"/>
      </w:pPr>
      <w:r w:rsidRPr="00F81B91">
        <w:t xml:space="preserve">   ip helper-address 192.168.1.5</w:t>
      </w:r>
    </w:p>
    <w:p w14:paraId="41460B48" w14:textId="77777777" w:rsidR="00953874" w:rsidRPr="00F81B91" w:rsidRDefault="00953874" w:rsidP="00953874">
      <w:pPr>
        <w:spacing w:after="160" w:line="278" w:lineRule="auto"/>
        <w:rPr>
          <w:lang w:val="nl-NL"/>
        </w:rPr>
      </w:pPr>
      <w:r w:rsidRPr="00F81B91">
        <w:rPr>
          <w:lang w:val="nl-NL"/>
        </w:rPr>
        <w:t>dhcpv4-snooping</w:t>
      </w:r>
    </w:p>
    <w:p w14:paraId="372B8F71" w14:textId="77777777" w:rsidR="00953874" w:rsidRPr="00F81B91" w:rsidRDefault="00953874" w:rsidP="00953874">
      <w:pPr>
        <w:spacing w:after="160" w:line="278" w:lineRule="auto"/>
        <w:rPr>
          <w:lang w:val="nl-NL"/>
        </w:rPr>
      </w:pPr>
      <w:r w:rsidRPr="00F81B91">
        <w:rPr>
          <w:lang w:val="nl-NL"/>
        </w:rPr>
        <w:t>dhcpv4-snooping vlan 10,20</w:t>
      </w:r>
    </w:p>
    <w:p w14:paraId="1D2AA411" w14:textId="77777777" w:rsidR="00953874" w:rsidRPr="00F81B91" w:rsidRDefault="00953874" w:rsidP="00953874">
      <w:pPr>
        <w:spacing w:after="160" w:line="278" w:lineRule="auto"/>
      </w:pPr>
      <w:r w:rsidRPr="00F81B91">
        <w:t>interface 1/1/24</w:t>
      </w:r>
    </w:p>
    <w:p w14:paraId="07E4D4A1" w14:textId="77777777" w:rsidR="00953874" w:rsidRPr="00F81B91" w:rsidRDefault="00953874" w:rsidP="00953874">
      <w:pPr>
        <w:spacing w:after="160" w:line="278" w:lineRule="auto"/>
      </w:pPr>
      <w:r w:rsidRPr="00F81B91">
        <w:t xml:space="preserve">   dhcpv4-snooping trust</w:t>
      </w:r>
    </w:p>
    <w:p w14:paraId="70BDDDA8" w14:textId="77777777" w:rsidR="00953874" w:rsidRPr="00F81B91" w:rsidRDefault="00953874" w:rsidP="00953874">
      <w:pPr>
        <w:spacing w:after="160" w:line="278" w:lineRule="auto"/>
      </w:pPr>
      <w:r w:rsidRPr="00F81B91">
        <w:t>show dhcpv4-snooping statistics</w:t>
      </w:r>
    </w:p>
    <w:p w14:paraId="3484E8A6" w14:textId="7A8A4B0B" w:rsidR="00953874" w:rsidRPr="00F81B91" w:rsidRDefault="00953874" w:rsidP="00953874">
      <w:pPr>
        <w:pStyle w:val="Heading2"/>
      </w:pPr>
      <w:r w:rsidRPr="00F81B91">
        <w:t>IX. QoS – QUALITY OF SERVICE</w:t>
      </w:r>
    </w:p>
    <w:p w14:paraId="69DDFA93" w14:textId="77777777" w:rsidR="00953874" w:rsidRPr="00F81B91" w:rsidRDefault="00953874" w:rsidP="00953874">
      <w:pPr>
        <w:spacing w:after="160" w:line="278" w:lineRule="auto"/>
      </w:pPr>
      <w:r w:rsidRPr="00F81B91">
        <w:t>qos trust dscp</w:t>
      </w:r>
    </w:p>
    <w:p w14:paraId="03E2C42E" w14:textId="77777777" w:rsidR="00953874" w:rsidRPr="00F81B91" w:rsidRDefault="00953874" w:rsidP="00953874">
      <w:pPr>
        <w:spacing w:after="160" w:line="278" w:lineRule="auto"/>
      </w:pPr>
      <w:r w:rsidRPr="00F81B91">
        <w:t>interface 1/1/1</w:t>
      </w:r>
    </w:p>
    <w:p w14:paraId="2D8CC5F8" w14:textId="77777777" w:rsidR="00953874" w:rsidRPr="00F81B91" w:rsidRDefault="00953874" w:rsidP="00953874">
      <w:pPr>
        <w:spacing w:after="160" w:line="278" w:lineRule="auto"/>
      </w:pPr>
      <w:r w:rsidRPr="00F81B91">
        <w:t xml:space="preserve">   qos trust cos</w:t>
      </w:r>
    </w:p>
    <w:p w14:paraId="0C9389D9" w14:textId="77777777" w:rsidR="00953874" w:rsidRPr="00F81B91" w:rsidRDefault="00953874" w:rsidP="00953874">
      <w:pPr>
        <w:spacing w:after="160" w:line="278" w:lineRule="auto"/>
      </w:pPr>
      <w:r w:rsidRPr="00F81B91">
        <w:t>qos schedule-profile strict-priority</w:t>
      </w:r>
    </w:p>
    <w:p w14:paraId="131BF9A4" w14:textId="77777777" w:rsidR="00953874" w:rsidRPr="00F81B91" w:rsidRDefault="00953874" w:rsidP="00953874">
      <w:pPr>
        <w:spacing w:after="160" w:line="278" w:lineRule="auto"/>
      </w:pPr>
      <w:r w:rsidRPr="00F81B91">
        <w:t>show qos queue</w:t>
      </w:r>
    </w:p>
    <w:p w14:paraId="6E487E42" w14:textId="494B7D02" w:rsidR="00953874" w:rsidRPr="00F81B91" w:rsidRDefault="00953874" w:rsidP="00953874">
      <w:pPr>
        <w:pStyle w:val="Heading2"/>
      </w:pPr>
      <w:r w:rsidRPr="00F81B91">
        <w:t>X. ACL – ACCESS CONTROL LIST</w:t>
      </w:r>
    </w:p>
    <w:p w14:paraId="6E208C34" w14:textId="77777777" w:rsidR="00953874" w:rsidRPr="00F81B91" w:rsidRDefault="00953874" w:rsidP="00953874">
      <w:pPr>
        <w:spacing w:after="160" w:line="278" w:lineRule="auto"/>
      </w:pPr>
      <w:r w:rsidRPr="00F81B91">
        <w:t>acl ipv4 BLOCK_HTTP</w:t>
      </w:r>
    </w:p>
    <w:p w14:paraId="71AFAC2F" w14:textId="77777777" w:rsidR="00953874" w:rsidRPr="00F81B91" w:rsidRDefault="00953874" w:rsidP="00953874">
      <w:pPr>
        <w:spacing w:after="160" w:line="278" w:lineRule="auto"/>
      </w:pPr>
      <w:r w:rsidRPr="00F81B91">
        <w:t xml:space="preserve">   10 deny tcp any any eq 80</w:t>
      </w:r>
    </w:p>
    <w:p w14:paraId="7B6D8CAB" w14:textId="77777777" w:rsidR="00953874" w:rsidRPr="00F81B91" w:rsidRDefault="00953874" w:rsidP="00953874">
      <w:pPr>
        <w:spacing w:after="160" w:line="278" w:lineRule="auto"/>
      </w:pPr>
      <w:r w:rsidRPr="00F81B91">
        <w:t xml:space="preserve">   20 permit ip any any</w:t>
      </w:r>
    </w:p>
    <w:p w14:paraId="34BA773B" w14:textId="77777777" w:rsidR="00953874" w:rsidRPr="00F81B91" w:rsidRDefault="00953874" w:rsidP="00953874">
      <w:pPr>
        <w:spacing w:after="160" w:line="278" w:lineRule="auto"/>
      </w:pPr>
      <w:r w:rsidRPr="00F81B91">
        <w:t xml:space="preserve">   exit</w:t>
      </w:r>
    </w:p>
    <w:p w14:paraId="707CD6B1" w14:textId="77777777" w:rsidR="00953874" w:rsidRPr="00F81B91" w:rsidRDefault="00953874" w:rsidP="00953874">
      <w:pPr>
        <w:spacing w:after="160" w:line="278" w:lineRule="auto"/>
      </w:pPr>
      <w:r w:rsidRPr="00F81B91">
        <w:t>interface vlan 10</w:t>
      </w:r>
    </w:p>
    <w:p w14:paraId="0045305A" w14:textId="77777777" w:rsidR="00953874" w:rsidRPr="00F81B91" w:rsidRDefault="00953874" w:rsidP="00953874">
      <w:pPr>
        <w:spacing w:after="160" w:line="278" w:lineRule="auto"/>
      </w:pPr>
      <w:r w:rsidRPr="00F81B91">
        <w:t xml:space="preserve">   apply access-group BLOCK_HTTP in</w:t>
      </w:r>
    </w:p>
    <w:p w14:paraId="795C9D78" w14:textId="77777777" w:rsidR="00953874" w:rsidRPr="00F81B91" w:rsidRDefault="00953874" w:rsidP="00953874">
      <w:pPr>
        <w:spacing w:after="160" w:line="278" w:lineRule="auto"/>
      </w:pPr>
      <w:r w:rsidRPr="00F81B91">
        <w:t>show access-list</w:t>
      </w:r>
    </w:p>
    <w:p w14:paraId="5CBBF5BE" w14:textId="49A82700" w:rsidR="00953874" w:rsidRPr="00F81B91" w:rsidRDefault="00953874" w:rsidP="00953874">
      <w:pPr>
        <w:pStyle w:val="Heading2"/>
      </w:pPr>
      <w:r w:rsidRPr="00F81B91">
        <w:t>XI. SNMP, SYSLOG, NTP, AAA</w:t>
      </w:r>
    </w:p>
    <w:p w14:paraId="31CF5C68" w14:textId="77777777" w:rsidR="00953874" w:rsidRPr="00F81B91" w:rsidRDefault="00953874" w:rsidP="00953874">
      <w:pPr>
        <w:spacing w:after="160" w:line="278" w:lineRule="auto"/>
      </w:pPr>
      <w:r w:rsidRPr="00F81B91">
        <w:t>snmp-server community public ro</w:t>
      </w:r>
    </w:p>
    <w:p w14:paraId="7B18C836" w14:textId="77777777" w:rsidR="00953874" w:rsidRPr="00F81B91" w:rsidRDefault="00953874" w:rsidP="00953874">
      <w:pPr>
        <w:spacing w:after="160" w:line="278" w:lineRule="auto"/>
      </w:pPr>
      <w:r w:rsidRPr="00F81B91">
        <w:t>snmp-server community private rw</w:t>
      </w:r>
    </w:p>
    <w:p w14:paraId="00C5B5EF" w14:textId="77777777" w:rsidR="00953874" w:rsidRPr="00F81B91" w:rsidRDefault="00953874" w:rsidP="00953874">
      <w:pPr>
        <w:spacing w:after="160" w:line="278" w:lineRule="auto"/>
      </w:pPr>
      <w:r w:rsidRPr="00F81B91">
        <w:t>logging 192.168.1.100</w:t>
      </w:r>
    </w:p>
    <w:p w14:paraId="3BE13E1B" w14:textId="77777777" w:rsidR="00953874" w:rsidRPr="00F81B91" w:rsidRDefault="00953874" w:rsidP="00953874">
      <w:pPr>
        <w:spacing w:after="160" w:line="278" w:lineRule="auto"/>
      </w:pPr>
      <w:r w:rsidRPr="00F81B91">
        <w:t>logging facility local7</w:t>
      </w:r>
    </w:p>
    <w:p w14:paraId="4B187910" w14:textId="77777777" w:rsidR="00953874" w:rsidRPr="00F81B91" w:rsidRDefault="00953874" w:rsidP="00953874">
      <w:pPr>
        <w:spacing w:after="160" w:line="278" w:lineRule="auto"/>
      </w:pPr>
      <w:r w:rsidRPr="00F81B91">
        <w:lastRenderedPageBreak/>
        <w:t>ntp server 192.168.1.1</w:t>
      </w:r>
    </w:p>
    <w:p w14:paraId="04E9254C" w14:textId="77777777" w:rsidR="00953874" w:rsidRPr="00F81B91" w:rsidRDefault="00953874" w:rsidP="00953874">
      <w:pPr>
        <w:spacing w:after="160" w:line="278" w:lineRule="auto"/>
      </w:pPr>
      <w:r w:rsidRPr="00F81B91">
        <w:t>ntp enable</w:t>
      </w:r>
    </w:p>
    <w:p w14:paraId="7F4876D9" w14:textId="77777777" w:rsidR="00953874" w:rsidRPr="00F81B91" w:rsidRDefault="00953874" w:rsidP="00953874">
      <w:pPr>
        <w:spacing w:after="160" w:line="278" w:lineRule="auto"/>
      </w:pPr>
      <w:r w:rsidRPr="00F81B91">
        <w:t>aaa authentication login default local</w:t>
      </w:r>
    </w:p>
    <w:p w14:paraId="1A046369" w14:textId="77777777" w:rsidR="00953874" w:rsidRPr="00F81B91" w:rsidRDefault="00953874" w:rsidP="00953874">
      <w:pPr>
        <w:spacing w:after="160" w:line="278" w:lineRule="auto"/>
      </w:pPr>
      <w:r w:rsidRPr="00F81B91">
        <w:t>username admin password &lt;your_password&gt; role admin</w:t>
      </w:r>
    </w:p>
    <w:p w14:paraId="3566814C" w14:textId="77777777" w:rsidR="00953874" w:rsidRPr="00F81B91" w:rsidRDefault="00953874" w:rsidP="00953874">
      <w:pPr>
        <w:spacing w:after="160" w:line="278" w:lineRule="auto"/>
      </w:pPr>
      <w:r w:rsidRPr="00F81B91">
        <w:t>show management</w:t>
      </w:r>
    </w:p>
    <w:p w14:paraId="628AC3CA" w14:textId="57D9101C" w:rsidR="00953874" w:rsidRPr="00F81B91" w:rsidRDefault="00953874" w:rsidP="00953874">
      <w:pPr>
        <w:pStyle w:val="Heading2"/>
      </w:pPr>
      <w:r w:rsidRPr="00F81B91">
        <w:t>XII. VSX (Virtual Switching Extension)</w:t>
      </w:r>
    </w:p>
    <w:p w14:paraId="0085FCE5" w14:textId="77777777" w:rsidR="00953874" w:rsidRPr="00F81B91" w:rsidRDefault="00953874" w:rsidP="00953874">
      <w:pPr>
        <w:spacing w:after="160" w:line="278" w:lineRule="auto"/>
      </w:pPr>
      <w:r w:rsidRPr="00F81B91">
        <w:t>Dùng cho switch core Aruba 6400, 8320, 8400</w:t>
      </w:r>
    </w:p>
    <w:p w14:paraId="2F438EDF" w14:textId="77777777" w:rsidR="00953874" w:rsidRPr="00F81B91" w:rsidRDefault="00953874" w:rsidP="00953874">
      <w:pPr>
        <w:spacing w:after="160" w:line="278" w:lineRule="auto"/>
      </w:pPr>
      <w:r w:rsidRPr="00F81B91">
        <w:t>vsx</w:t>
      </w:r>
    </w:p>
    <w:p w14:paraId="4DCCC4E6" w14:textId="77777777" w:rsidR="00953874" w:rsidRPr="00F81B91" w:rsidRDefault="00953874" w:rsidP="00953874">
      <w:pPr>
        <w:spacing w:after="160" w:line="278" w:lineRule="auto"/>
      </w:pPr>
      <w:r w:rsidRPr="00F81B91">
        <w:t xml:space="preserve">   system-mac 00:00:5e:00:01:01</w:t>
      </w:r>
    </w:p>
    <w:p w14:paraId="43AA8043" w14:textId="77777777" w:rsidR="00953874" w:rsidRPr="00F81B91" w:rsidRDefault="00953874" w:rsidP="00953874">
      <w:pPr>
        <w:spacing w:after="160" w:line="278" w:lineRule="auto"/>
      </w:pPr>
      <w:r w:rsidRPr="00F81B91">
        <w:t xml:space="preserve">   inter-switch-link lag 1</w:t>
      </w:r>
    </w:p>
    <w:p w14:paraId="7F075E42" w14:textId="77777777" w:rsidR="00953874" w:rsidRPr="00F81B91" w:rsidRDefault="00953874" w:rsidP="00953874">
      <w:pPr>
        <w:spacing w:after="160" w:line="278" w:lineRule="auto"/>
      </w:pPr>
      <w:r w:rsidRPr="00F81B91">
        <w:t xml:space="preserve">   keepalive peer 10.0.0.2 source 10.0.0.1 vrf default</w:t>
      </w:r>
    </w:p>
    <w:p w14:paraId="58B7F499" w14:textId="77777777" w:rsidR="00953874" w:rsidRPr="00F81B91" w:rsidRDefault="00953874" w:rsidP="00953874">
      <w:pPr>
        <w:spacing w:after="160" w:line="278" w:lineRule="auto"/>
      </w:pPr>
      <w:r w:rsidRPr="00F81B91">
        <w:t xml:space="preserve">   role primary</w:t>
      </w:r>
    </w:p>
    <w:p w14:paraId="242F7DB5" w14:textId="77777777" w:rsidR="00953874" w:rsidRPr="00F81B91" w:rsidRDefault="00953874" w:rsidP="00953874">
      <w:pPr>
        <w:spacing w:after="160" w:line="278" w:lineRule="auto"/>
      </w:pPr>
      <w:r w:rsidRPr="00F81B91">
        <w:t xml:space="preserve">   exit</w:t>
      </w:r>
    </w:p>
    <w:p w14:paraId="4CF6405A" w14:textId="77777777" w:rsidR="00953874" w:rsidRPr="00F81B91" w:rsidRDefault="00953874" w:rsidP="00953874">
      <w:pPr>
        <w:spacing w:after="160" w:line="278" w:lineRule="auto"/>
      </w:pPr>
      <w:r w:rsidRPr="00F81B91">
        <w:t>show vsx status</w:t>
      </w:r>
    </w:p>
    <w:p w14:paraId="55C7262F" w14:textId="5901970F" w:rsidR="00953874" w:rsidRPr="00F81B91" w:rsidRDefault="00953874" w:rsidP="00953874">
      <w:pPr>
        <w:pStyle w:val="Heading2"/>
      </w:pPr>
      <w:r w:rsidRPr="00F81B91">
        <w:t>XIII. CHẨN ĐOÁN &amp; MONITORING</w:t>
      </w:r>
    </w:p>
    <w:p w14:paraId="5410BBE7" w14:textId="77777777" w:rsidR="00953874" w:rsidRPr="00F81B91" w:rsidRDefault="00953874" w:rsidP="00953874">
      <w:pPr>
        <w:spacing w:after="160" w:line="278" w:lineRule="auto"/>
      </w:pPr>
      <w:r w:rsidRPr="00F81B91">
        <w:t>show interface counters</w:t>
      </w:r>
    </w:p>
    <w:p w14:paraId="21057D2A" w14:textId="77777777" w:rsidR="00953874" w:rsidRPr="00F81B91" w:rsidRDefault="00953874" w:rsidP="00953874">
      <w:pPr>
        <w:spacing w:after="160" w:line="278" w:lineRule="auto"/>
      </w:pPr>
      <w:r w:rsidRPr="00F81B91">
        <w:t>show interface errors</w:t>
      </w:r>
    </w:p>
    <w:p w14:paraId="6A9F6B7A" w14:textId="77777777" w:rsidR="00953874" w:rsidRPr="00F81B91" w:rsidRDefault="00953874" w:rsidP="00953874">
      <w:pPr>
        <w:spacing w:after="160" w:line="278" w:lineRule="auto"/>
      </w:pPr>
      <w:r w:rsidRPr="00F81B91">
        <w:t>show logging</w:t>
      </w:r>
    </w:p>
    <w:p w14:paraId="00EB2282" w14:textId="77777777" w:rsidR="00953874" w:rsidRPr="00F81B91" w:rsidRDefault="00953874" w:rsidP="00953874">
      <w:pPr>
        <w:spacing w:after="160" w:line="278" w:lineRule="auto"/>
      </w:pPr>
      <w:r w:rsidRPr="00F81B91">
        <w:t>show tech</w:t>
      </w:r>
    </w:p>
    <w:p w14:paraId="57977A04" w14:textId="22667306" w:rsidR="00953874" w:rsidRPr="00F81B91" w:rsidRDefault="00953874" w:rsidP="00953874">
      <w:pPr>
        <w:spacing w:after="160" w:line="278" w:lineRule="auto"/>
      </w:pPr>
      <w:r w:rsidRPr="00F81B91">
        <w:t>ping 8.8.8.8 vrf default</w:t>
      </w:r>
      <w:r w:rsidR="009F5793">
        <w:t xml:space="preserve"> </w:t>
      </w:r>
    </w:p>
    <w:p w14:paraId="2D97AB66" w14:textId="6930CC69" w:rsidR="00F770FE" w:rsidRDefault="00953874" w:rsidP="00953874">
      <w:pPr>
        <w:pStyle w:val="NoSpacing"/>
      </w:pPr>
      <w:r w:rsidRPr="00F81B91">
        <w:t>traceroute 8.8.8.8</w:t>
      </w:r>
    </w:p>
    <w:p w14:paraId="67269310" w14:textId="77777777" w:rsidR="009F5793" w:rsidRDefault="009F5793" w:rsidP="00953874">
      <w:pPr>
        <w:pStyle w:val="NoSpacing"/>
      </w:pPr>
    </w:p>
    <w:p w14:paraId="59B19121" w14:textId="77777777" w:rsidR="009F5793" w:rsidRDefault="009F5793" w:rsidP="00953874">
      <w:pPr>
        <w:pStyle w:val="NoSpacing"/>
      </w:pPr>
    </w:p>
    <w:sectPr w:rsidR="009F579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5250996">
    <w:abstractNumId w:val="8"/>
  </w:num>
  <w:num w:numId="2" w16cid:durableId="1289166505">
    <w:abstractNumId w:val="6"/>
  </w:num>
  <w:num w:numId="3" w16cid:durableId="1869641090">
    <w:abstractNumId w:val="5"/>
  </w:num>
  <w:num w:numId="4" w16cid:durableId="493229115">
    <w:abstractNumId w:val="4"/>
  </w:num>
  <w:num w:numId="5" w16cid:durableId="1213077212">
    <w:abstractNumId w:val="7"/>
  </w:num>
  <w:num w:numId="6" w16cid:durableId="1599218276">
    <w:abstractNumId w:val="3"/>
  </w:num>
  <w:num w:numId="7" w16cid:durableId="799881837">
    <w:abstractNumId w:val="2"/>
  </w:num>
  <w:num w:numId="8" w16cid:durableId="1937326444">
    <w:abstractNumId w:val="1"/>
  </w:num>
  <w:num w:numId="9" w16cid:durableId="1877618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0300"/>
    <w:rsid w:val="0015074B"/>
    <w:rsid w:val="0029639D"/>
    <w:rsid w:val="00326F90"/>
    <w:rsid w:val="00797D57"/>
    <w:rsid w:val="00953874"/>
    <w:rsid w:val="009F5793"/>
    <w:rsid w:val="00AA1D8D"/>
    <w:rsid w:val="00B47730"/>
    <w:rsid w:val="00CB0664"/>
    <w:rsid w:val="00E9677C"/>
    <w:rsid w:val="00F770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807EAB3"/>
  <w14:defaultImageDpi w14:val="300"/>
  <w15:docId w15:val="{BAFC9BE5-EDAA-47F1-9FFA-A1C67ACE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Thuong HDN</dc:creator>
  <cp:keywords/>
  <dc:description>generated by python-docx</dc:description>
  <cp:lastModifiedBy>Thuong NDH</cp:lastModifiedBy>
  <cp:revision>7</cp:revision>
  <dcterms:created xsi:type="dcterms:W3CDTF">2013-12-23T23:15:00Z</dcterms:created>
  <dcterms:modified xsi:type="dcterms:W3CDTF">2025-11-16T02:42:00Z</dcterms:modified>
  <cp:category/>
</cp:coreProperties>
</file>